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12F7" w14:textId="4FA51867" w:rsidR="004A2AD0" w:rsidRPr="00A902C2" w:rsidRDefault="0004289F" w:rsidP="00A9152C">
      <w:pPr>
        <w:pStyle w:val="Titre1"/>
        <w:jc w:val="center"/>
        <w:rPr>
          <w:sz w:val="40"/>
          <w:szCs w:val="40"/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1D7BEA" wp14:editId="1EE04378">
            <wp:simplePos x="1143000" y="1219200"/>
            <wp:positionH relativeFrom="margin">
              <wp:align>left</wp:align>
            </wp:positionH>
            <wp:positionV relativeFrom="paragraph">
              <wp:align>top</wp:align>
            </wp:positionV>
            <wp:extent cx="1952625" cy="1895475"/>
            <wp:effectExtent l="0" t="0" r="9525" b="9525"/>
            <wp:wrapSquare wrapText="bothSides"/>
            <wp:docPr id="3" name="Image 2" descr="UNSS Nouvelle-Calédonie | Noumé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SS Nouvelle-Calédonie | Noumé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DD526D4" wp14:editId="63A877E2">
            <wp:extent cx="1219200" cy="1514475"/>
            <wp:effectExtent l="0" t="0" r="0" b="9525"/>
            <wp:docPr id="6" name="Image 2" descr="Acteur de la mobilité Province Sud | France mobilit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2" descr="Acteur de la mobilité Province Sud | France mobilités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  <w:lang w:val="fr-FR"/>
        </w:rPr>
        <w:br w:type="textWrapping" w:clear="all"/>
      </w:r>
      <w:r w:rsidRPr="00A902C2">
        <w:rPr>
          <w:sz w:val="40"/>
          <w:szCs w:val="40"/>
          <w:lang w:val="fr-FR"/>
        </w:rPr>
        <w:t>C</w:t>
      </w:r>
      <w:r w:rsidR="00A902C2">
        <w:rPr>
          <w:sz w:val="40"/>
          <w:szCs w:val="40"/>
          <w:lang w:val="fr-FR"/>
        </w:rPr>
        <w:t>ROSS</w:t>
      </w:r>
      <w:r w:rsidRPr="00A902C2">
        <w:rPr>
          <w:sz w:val="40"/>
          <w:szCs w:val="40"/>
          <w:lang w:val="fr-FR"/>
        </w:rPr>
        <w:t xml:space="preserve"> T</w:t>
      </w:r>
      <w:r w:rsidR="00B225B0">
        <w:rPr>
          <w:sz w:val="40"/>
          <w:szCs w:val="40"/>
          <w:lang w:val="fr-FR"/>
        </w:rPr>
        <w:t>ERRITORIAL</w:t>
      </w:r>
      <w:r w:rsidRPr="00A902C2">
        <w:rPr>
          <w:sz w:val="40"/>
          <w:szCs w:val="40"/>
          <w:lang w:val="fr-FR"/>
        </w:rPr>
        <w:t xml:space="preserve"> UNSS</w:t>
      </w:r>
      <w:r w:rsidR="00A9152C">
        <w:rPr>
          <w:sz w:val="40"/>
          <w:szCs w:val="40"/>
          <w:lang w:val="fr-FR"/>
        </w:rPr>
        <w:t xml:space="preserve"> </w:t>
      </w:r>
      <w:r w:rsidR="000D4FB9">
        <w:rPr>
          <w:sz w:val="40"/>
          <w:szCs w:val="40"/>
          <w:lang w:val="fr-FR"/>
        </w:rPr>
        <w:t xml:space="preserve">du mercredi 29 juillet </w:t>
      </w:r>
      <w:r w:rsidR="000D4FB9" w:rsidRPr="00A902C2">
        <w:rPr>
          <w:sz w:val="40"/>
          <w:szCs w:val="40"/>
          <w:lang w:val="fr-FR"/>
        </w:rPr>
        <w:t>2026</w:t>
      </w:r>
      <w:r w:rsidR="000D4FB9">
        <w:rPr>
          <w:sz w:val="40"/>
          <w:szCs w:val="40"/>
          <w:lang w:val="fr-FR"/>
        </w:rPr>
        <w:t xml:space="preserve"> à </w:t>
      </w:r>
      <w:r w:rsidR="000D4FB9" w:rsidRPr="00A902C2">
        <w:rPr>
          <w:sz w:val="40"/>
          <w:szCs w:val="40"/>
          <w:lang w:val="fr-FR"/>
        </w:rPr>
        <w:t>La Foa</w:t>
      </w:r>
    </w:p>
    <w:p w14:paraId="2AC3707D" w14:textId="77777777" w:rsidR="004A2AD0" w:rsidRPr="003755B2" w:rsidRDefault="00000000">
      <w:pPr>
        <w:pStyle w:val="Titre2"/>
        <w:rPr>
          <w:u w:val="single"/>
          <w:lang w:val="fr-FR"/>
        </w:rPr>
      </w:pPr>
      <w:r w:rsidRPr="003755B2">
        <w:rPr>
          <w:u w:val="single"/>
          <w:lang w:val="fr-FR"/>
        </w:rPr>
        <w:t>Règlement, respect du protocole de sécurité et horaires d’organisation</w:t>
      </w:r>
    </w:p>
    <w:p w14:paraId="26BF2E53" w14:textId="2FD2EF59" w:rsidR="004A2AD0" w:rsidRPr="00A902C2" w:rsidRDefault="00000000">
      <w:pPr>
        <w:rPr>
          <w:lang w:val="fr-FR"/>
        </w:rPr>
      </w:pPr>
      <w:r w:rsidRPr="00A902C2">
        <w:rPr>
          <w:lang w:val="fr-FR"/>
        </w:rPr>
        <w:t>Vous trouverez ci-dessous les</w:t>
      </w:r>
      <w:r w:rsidR="00133D11">
        <w:rPr>
          <w:lang w:val="fr-FR"/>
        </w:rPr>
        <w:t xml:space="preserve"> différents parcours, </w:t>
      </w:r>
      <w:r w:rsidRPr="00A902C2">
        <w:rPr>
          <w:lang w:val="fr-FR"/>
        </w:rPr>
        <w:t xml:space="preserve"> règles d’engagement, les dispositions de sécurité ainsi que les modalités d’organisation relatives au Cross Territorial UNSS 2026 organisé à La Foa.</w:t>
      </w:r>
      <w:r w:rsidR="00F23B37">
        <w:rPr>
          <w:lang w:val="fr-FR"/>
        </w:rPr>
        <w:t xml:space="preserve"> L’ensemble des parcours ont été validé par la ligue d’athlétisme et la DJS.</w:t>
      </w:r>
    </w:p>
    <w:p w14:paraId="0F60E180" w14:textId="77777777" w:rsidR="004A2AD0" w:rsidRPr="003755B2" w:rsidRDefault="00000000">
      <w:pPr>
        <w:pStyle w:val="Titre2"/>
        <w:rPr>
          <w:u w:val="single"/>
          <w:lang w:val="fr-FR"/>
        </w:rPr>
      </w:pPr>
      <w:r w:rsidRPr="003755B2">
        <w:rPr>
          <w:u w:val="single"/>
          <w:lang w:val="fr-FR"/>
        </w:rPr>
        <w:t>1. Parcours et catégories</w:t>
      </w:r>
    </w:p>
    <w:p w14:paraId="260F1487" w14:textId="77777777" w:rsidR="00E029EC" w:rsidRDefault="00E029EC">
      <w:pPr>
        <w:rPr>
          <w:lang w:val="fr-FR"/>
        </w:rPr>
      </w:pPr>
    </w:p>
    <w:p w14:paraId="12B79996" w14:textId="74B38555" w:rsidR="004A2AD0" w:rsidRPr="00A9152C" w:rsidRDefault="00000000">
      <w:pPr>
        <w:rPr>
          <w:b/>
          <w:bCs/>
          <w:color w:val="227ACB"/>
          <w:sz w:val="28"/>
          <w:szCs w:val="28"/>
          <w:lang w:val="fr-FR"/>
        </w:rPr>
      </w:pPr>
      <w:r w:rsidRPr="00A9152C">
        <w:rPr>
          <w:b/>
          <w:bCs/>
          <w:color w:val="227ACB"/>
          <w:sz w:val="28"/>
          <w:szCs w:val="28"/>
          <w:lang w:val="fr-FR"/>
        </w:rPr>
        <w:t>Parcours n°1 : 1 500 m</w:t>
      </w:r>
    </w:p>
    <w:p w14:paraId="288BB7CE" w14:textId="40FCF6B8" w:rsidR="004A2AD0" w:rsidRPr="008A3780" w:rsidRDefault="00000000">
      <w:pPr>
        <w:rPr>
          <w:color w:val="227ACB"/>
          <w:lang w:val="fr-FR"/>
        </w:rPr>
      </w:pPr>
      <w:r w:rsidRPr="008A3780">
        <w:rPr>
          <w:color w:val="227ACB"/>
          <w:lang w:val="fr-FR"/>
        </w:rPr>
        <w:t>Réservé aux poussins et poussines</w:t>
      </w:r>
      <w:r w:rsidR="008A3780" w:rsidRPr="008A3780">
        <w:rPr>
          <w:color w:val="227ACB"/>
          <w:lang w:val="fr-FR"/>
        </w:rPr>
        <w:t xml:space="preserve"> et ASH </w:t>
      </w:r>
      <w:proofErr w:type="gramStart"/>
      <w:r w:rsidR="008A3780" w:rsidRPr="008A3780">
        <w:rPr>
          <w:color w:val="227ACB"/>
          <w:lang w:val="fr-FR"/>
        </w:rPr>
        <w:t>loisir.</w:t>
      </w:r>
      <w:r w:rsidRPr="008A3780">
        <w:rPr>
          <w:color w:val="227ACB"/>
          <w:lang w:val="fr-FR"/>
        </w:rPr>
        <w:t>.</w:t>
      </w:r>
      <w:proofErr w:type="gramEnd"/>
      <w:r w:rsidRPr="008A3780">
        <w:rPr>
          <w:color w:val="227ACB"/>
          <w:lang w:val="fr-FR"/>
        </w:rPr>
        <w:t xml:space="preserve"> Dénivelé positif cumulé maximal : 6 m D+. Parcours sécurisé, adapté à l'âge, au niveau de pratique et aux catégories de participants (féminines et masculines)</w:t>
      </w:r>
      <w:r w:rsidR="008A3780" w:rsidRPr="008A3780">
        <w:rPr>
          <w:color w:val="227ACB"/>
          <w:lang w:val="fr-FR"/>
        </w:rPr>
        <w:t xml:space="preserve"> . </w:t>
      </w:r>
      <w:r w:rsidR="0065752C" w:rsidRPr="008A3780">
        <w:rPr>
          <w:color w:val="227ACB"/>
          <w:lang w:val="fr-FR"/>
        </w:rPr>
        <w:t xml:space="preserve"> </w:t>
      </w:r>
      <w:proofErr w:type="gramStart"/>
      <w:r w:rsidR="0065752C" w:rsidRPr="008A3780">
        <w:rPr>
          <w:color w:val="227ACB"/>
          <w:lang w:val="fr-FR"/>
        </w:rPr>
        <w:t>né</w:t>
      </w:r>
      <w:proofErr w:type="gramEnd"/>
      <w:r w:rsidR="0065752C" w:rsidRPr="008A3780">
        <w:rPr>
          <w:color w:val="227ACB"/>
          <w:lang w:val="fr-FR"/>
        </w:rPr>
        <w:t xml:space="preserve">(e)s en </w:t>
      </w:r>
      <w:r w:rsidR="008A3780" w:rsidRPr="008A3780">
        <w:rPr>
          <w:color w:val="227ACB"/>
          <w:lang w:val="fr-FR"/>
        </w:rPr>
        <w:t>2015 et 2016.</w:t>
      </w:r>
    </w:p>
    <w:p w14:paraId="1317290A" w14:textId="02FF23A4" w:rsidR="004A2AD0" w:rsidRPr="00A9152C" w:rsidRDefault="00000000">
      <w:pPr>
        <w:rPr>
          <w:b/>
          <w:bCs/>
          <w:sz w:val="28"/>
          <w:szCs w:val="28"/>
          <w:lang w:val="fr-FR"/>
        </w:rPr>
      </w:pPr>
      <w:r w:rsidRPr="00A9152C">
        <w:rPr>
          <w:b/>
          <w:bCs/>
          <w:sz w:val="28"/>
          <w:szCs w:val="28"/>
          <w:lang w:val="fr-FR"/>
        </w:rPr>
        <w:t xml:space="preserve">Parcours n°2 : </w:t>
      </w:r>
      <w:r w:rsidR="0065752C" w:rsidRPr="00A9152C">
        <w:rPr>
          <w:b/>
          <w:bCs/>
          <w:sz w:val="28"/>
          <w:szCs w:val="28"/>
          <w:lang w:val="fr-FR"/>
        </w:rPr>
        <w:t>25</w:t>
      </w:r>
      <w:r w:rsidRPr="00A9152C">
        <w:rPr>
          <w:b/>
          <w:bCs/>
          <w:sz w:val="28"/>
          <w:szCs w:val="28"/>
          <w:lang w:val="fr-FR"/>
        </w:rPr>
        <w:t>00 m</w:t>
      </w:r>
    </w:p>
    <w:p w14:paraId="66E4FE2F" w14:textId="21570217" w:rsidR="008A3780" w:rsidRPr="00A902C2" w:rsidRDefault="00000000" w:rsidP="005C0772">
      <w:pPr>
        <w:rPr>
          <w:lang w:val="fr-FR"/>
        </w:rPr>
      </w:pPr>
      <w:r w:rsidRPr="00A902C2">
        <w:rPr>
          <w:lang w:val="fr-FR"/>
        </w:rPr>
        <w:t>Réservé aux benjamins et benjamines</w:t>
      </w:r>
      <w:r w:rsidR="0065752C">
        <w:rPr>
          <w:lang w:val="fr-FR"/>
        </w:rPr>
        <w:t xml:space="preserve"> né(e)s en</w:t>
      </w:r>
      <w:r w:rsidR="008A3780">
        <w:rPr>
          <w:lang w:val="fr-FR"/>
        </w:rPr>
        <w:t xml:space="preserve"> 2013 et 2014 ;</w:t>
      </w:r>
      <w:r w:rsidR="005C0772">
        <w:rPr>
          <w:lang w:val="fr-FR"/>
        </w:rPr>
        <w:t xml:space="preserve"> </w:t>
      </w:r>
      <w:r w:rsidR="008A3780" w:rsidRPr="00A902C2">
        <w:rPr>
          <w:lang w:val="fr-FR"/>
        </w:rPr>
        <w:t>Parcours adapté aux participants du dispositif Sport Santé et de l’ASH</w:t>
      </w:r>
      <w:r w:rsidR="008A3780">
        <w:rPr>
          <w:lang w:val="fr-FR"/>
        </w:rPr>
        <w:t xml:space="preserve"> élite</w:t>
      </w:r>
      <w:r w:rsidR="008A3780" w:rsidRPr="00A902C2">
        <w:rPr>
          <w:lang w:val="fr-FR"/>
        </w:rPr>
        <w:t>.</w:t>
      </w:r>
    </w:p>
    <w:p w14:paraId="52B84870" w14:textId="77777777" w:rsidR="00A9152C" w:rsidRDefault="00000000" w:rsidP="00A9152C">
      <w:pPr>
        <w:rPr>
          <w:b/>
          <w:bCs/>
          <w:color w:val="227ACB"/>
          <w:lang w:val="fr-FR"/>
        </w:rPr>
      </w:pPr>
      <w:r w:rsidRPr="00A9152C">
        <w:rPr>
          <w:b/>
          <w:bCs/>
          <w:color w:val="227ACB"/>
          <w:sz w:val="28"/>
          <w:szCs w:val="28"/>
          <w:lang w:val="fr-FR"/>
        </w:rPr>
        <w:t xml:space="preserve">Parcours n°3 : </w:t>
      </w:r>
      <w:r w:rsidR="008A6F9B" w:rsidRPr="00A9152C">
        <w:rPr>
          <w:b/>
          <w:bCs/>
          <w:color w:val="227ACB"/>
          <w:sz w:val="28"/>
          <w:szCs w:val="28"/>
          <w:lang w:val="fr-FR"/>
        </w:rPr>
        <w:t xml:space="preserve">2900 </w:t>
      </w:r>
      <w:r w:rsidRPr="00A9152C">
        <w:rPr>
          <w:b/>
          <w:bCs/>
          <w:color w:val="227ACB"/>
          <w:sz w:val="28"/>
          <w:szCs w:val="28"/>
          <w:lang w:val="fr-FR"/>
        </w:rPr>
        <w:t>m</w:t>
      </w:r>
      <w:r w:rsidR="008A6F9B" w:rsidRPr="008A3780">
        <w:rPr>
          <w:b/>
          <w:bCs/>
          <w:color w:val="227ACB"/>
          <w:lang w:val="fr-FR"/>
        </w:rPr>
        <w:t xml:space="preserve"> </w:t>
      </w:r>
    </w:p>
    <w:p w14:paraId="3542E943" w14:textId="45CA786B" w:rsidR="004A2AD0" w:rsidRPr="00A9152C" w:rsidRDefault="00A9152C" w:rsidP="00A9152C">
      <w:pPr>
        <w:rPr>
          <w:b/>
          <w:bCs/>
          <w:color w:val="227ACB"/>
          <w:lang w:val="fr-FR"/>
        </w:rPr>
      </w:pPr>
      <w:r>
        <w:rPr>
          <w:b/>
          <w:bCs/>
          <w:color w:val="227ACB"/>
          <w:lang w:val="fr-FR"/>
        </w:rPr>
        <w:t>A</w:t>
      </w:r>
      <w:r w:rsidR="008A6F9B" w:rsidRPr="008A3780">
        <w:rPr>
          <w:b/>
          <w:bCs/>
          <w:color w:val="227ACB"/>
          <w:lang w:val="fr-FR"/>
        </w:rPr>
        <w:t xml:space="preserve">vec </w:t>
      </w:r>
      <w:r w:rsidR="008A6F9B" w:rsidRPr="00A9152C">
        <w:rPr>
          <w:b/>
          <w:bCs/>
          <w:color w:val="EE0000"/>
          <w:lang w:val="fr-FR"/>
        </w:rPr>
        <w:t>1 tour de terrain après le départ</w:t>
      </w:r>
      <w:r w:rsidR="008A6F9B" w:rsidRPr="008A3780">
        <w:rPr>
          <w:b/>
          <w:bCs/>
          <w:color w:val="227ACB"/>
          <w:lang w:val="fr-FR"/>
        </w:rPr>
        <w:t>.</w:t>
      </w:r>
      <w:r w:rsidR="008A3780">
        <w:rPr>
          <w:b/>
          <w:bCs/>
          <w:color w:val="227ACB"/>
          <w:lang w:val="fr-FR"/>
        </w:rPr>
        <w:t xml:space="preserve"> </w:t>
      </w:r>
      <w:r w:rsidRPr="008A3780">
        <w:rPr>
          <w:color w:val="227ACB"/>
          <w:lang w:val="fr-FR"/>
        </w:rPr>
        <w:t xml:space="preserve">Réservé aux minimes filles </w:t>
      </w:r>
      <w:r w:rsidR="008A3780" w:rsidRPr="008A3780">
        <w:rPr>
          <w:color w:val="227ACB"/>
          <w:lang w:val="fr-FR"/>
        </w:rPr>
        <w:t xml:space="preserve"> nées en 2011 et 2012</w:t>
      </w:r>
    </w:p>
    <w:p w14:paraId="0F658F64" w14:textId="77777777" w:rsidR="00A9152C" w:rsidRPr="00A9152C" w:rsidRDefault="0021225F" w:rsidP="008A3780">
      <w:pPr>
        <w:rPr>
          <w:b/>
          <w:bCs/>
          <w:color w:val="000000" w:themeColor="text1"/>
          <w:sz w:val="28"/>
          <w:szCs w:val="28"/>
          <w:lang w:val="fr-FR"/>
        </w:rPr>
      </w:pPr>
      <w:r w:rsidRPr="00A9152C">
        <w:rPr>
          <w:b/>
          <w:bCs/>
          <w:color w:val="000000" w:themeColor="text1"/>
          <w:sz w:val="28"/>
          <w:szCs w:val="28"/>
          <w:lang w:val="fr-FR"/>
        </w:rPr>
        <w:t>Parcours n°4</w:t>
      </w:r>
      <w:r w:rsidR="005C0772" w:rsidRPr="00A9152C">
        <w:rPr>
          <w:b/>
          <w:bCs/>
          <w:color w:val="000000" w:themeColor="text1"/>
          <w:sz w:val="28"/>
          <w:szCs w:val="28"/>
          <w:lang w:val="fr-FR"/>
        </w:rPr>
        <w:t xml:space="preserve"> : 3000m . </w:t>
      </w:r>
    </w:p>
    <w:p w14:paraId="631DFB78" w14:textId="037A8C50" w:rsidR="0021225F" w:rsidRPr="005C0772" w:rsidRDefault="005C0772" w:rsidP="008A3780">
      <w:pPr>
        <w:rPr>
          <w:b/>
          <w:bCs/>
          <w:color w:val="000000" w:themeColor="text1"/>
          <w:lang w:val="fr-FR"/>
        </w:rPr>
      </w:pPr>
      <w:r>
        <w:rPr>
          <w:b/>
          <w:bCs/>
          <w:color w:val="000000" w:themeColor="text1"/>
          <w:lang w:val="fr-FR"/>
        </w:rPr>
        <w:t>Réservé aux minimes garçons nés en 2011 et 2012 .</w:t>
      </w:r>
    </w:p>
    <w:p w14:paraId="0187CDBC" w14:textId="77777777" w:rsidR="00A9152C" w:rsidRPr="00A9152C" w:rsidRDefault="00000000" w:rsidP="00A9152C">
      <w:pPr>
        <w:rPr>
          <w:b/>
          <w:bCs/>
          <w:color w:val="007BB8"/>
          <w:sz w:val="28"/>
          <w:szCs w:val="28"/>
          <w:lang w:val="fr-FR"/>
        </w:rPr>
      </w:pPr>
      <w:r w:rsidRPr="00A9152C">
        <w:rPr>
          <w:b/>
          <w:bCs/>
          <w:color w:val="007BB8"/>
          <w:sz w:val="28"/>
          <w:szCs w:val="28"/>
          <w:lang w:val="fr-FR"/>
        </w:rPr>
        <w:t>Parcours n°</w:t>
      </w:r>
      <w:r w:rsidR="00F9787A" w:rsidRPr="00A9152C">
        <w:rPr>
          <w:b/>
          <w:bCs/>
          <w:color w:val="007BB8"/>
          <w:sz w:val="28"/>
          <w:szCs w:val="28"/>
          <w:lang w:val="fr-FR"/>
        </w:rPr>
        <w:t>5</w:t>
      </w:r>
      <w:r w:rsidRPr="00A9152C">
        <w:rPr>
          <w:b/>
          <w:bCs/>
          <w:color w:val="007BB8"/>
          <w:sz w:val="28"/>
          <w:szCs w:val="28"/>
          <w:lang w:val="fr-FR"/>
        </w:rPr>
        <w:t xml:space="preserve"> : </w:t>
      </w:r>
      <w:r w:rsidR="008A6F9B" w:rsidRPr="00A9152C">
        <w:rPr>
          <w:b/>
          <w:bCs/>
          <w:color w:val="007BB8"/>
          <w:sz w:val="28"/>
          <w:szCs w:val="28"/>
          <w:lang w:val="fr-FR"/>
        </w:rPr>
        <w:t xml:space="preserve">3400 </w:t>
      </w:r>
      <w:r w:rsidRPr="00A9152C">
        <w:rPr>
          <w:b/>
          <w:bCs/>
          <w:color w:val="007BB8"/>
          <w:sz w:val="28"/>
          <w:szCs w:val="28"/>
          <w:lang w:val="fr-FR"/>
        </w:rPr>
        <w:t>m</w:t>
      </w:r>
      <w:r w:rsidR="008A6F9B" w:rsidRPr="00A9152C">
        <w:rPr>
          <w:b/>
          <w:bCs/>
          <w:color w:val="007BB8"/>
          <w:sz w:val="28"/>
          <w:szCs w:val="28"/>
          <w:lang w:val="fr-FR"/>
        </w:rPr>
        <w:t> ;</w:t>
      </w:r>
    </w:p>
    <w:p w14:paraId="697549AC" w14:textId="4A1778F3" w:rsidR="00E029EC" w:rsidRPr="005C0772" w:rsidRDefault="00000000" w:rsidP="00A9152C">
      <w:pPr>
        <w:rPr>
          <w:b/>
          <w:bCs/>
          <w:color w:val="007BB8"/>
          <w:lang w:val="fr-FR"/>
        </w:rPr>
      </w:pPr>
      <w:r w:rsidRPr="005C0772">
        <w:rPr>
          <w:b/>
          <w:bCs/>
          <w:color w:val="007BB8"/>
          <w:lang w:val="fr-FR"/>
        </w:rPr>
        <w:t>Réservé aux cadets, cadettes</w:t>
      </w:r>
      <w:r w:rsidR="008A3780" w:rsidRPr="005C0772">
        <w:rPr>
          <w:b/>
          <w:bCs/>
          <w:color w:val="007BB8"/>
          <w:lang w:val="fr-FR"/>
        </w:rPr>
        <w:t xml:space="preserve"> et</w:t>
      </w:r>
      <w:r w:rsidRPr="005C0772">
        <w:rPr>
          <w:b/>
          <w:bCs/>
          <w:color w:val="007BB8"/>
          <w:lang w:val="fr-FR"/>
        </w:rPr>
        <w:t xml:space="preserve"> juniors </w:t>
      </w:r>
      <w:r w:rsidR="008A3780" w:rsidRPr="005C0772">
        <w:rPr>
          <w:b/>
          <w:bCs/>
          <w:color w:val="007BB8"/>
          <w:lang w:val="fr-FR"/>
        </w:rPr>
        <w:t xml:space="preserve"> né (e)s en </w:t>
      </w:r>
      <w:r w:rsidR="00110914" w:rsidRPr="005C0772">
        <w:rPr>
          <w:b/>
          <w:bCs/>
          <w:color w:val="007BB8"/>
          <w:lang w:val="fr-FR"/>
        </w:rPr>
        <w:t>2007, 2008., 2009 et 2010.</w:t>
      </w:r>
    </w:p>
    <w:p w14:paraId="324007D7" w14:textId="77777777" w:rsidR="004A2AD0" w:rsidRPr="00475CA4" w:rsidRDefault="00000000">
      <w:pPr>
        <w:pStyle w:val="Titre2"/>
        <w:rPr>
          <w:sz w:val="28"/>
          <w:szCs w:val="28"/>
          <w:u w:val="single"/>
        </w:rPr>
      </w:pPr>
      <w:r w:rsidRPr="00475CA4">
        <w:rPr>
          <w:sz w:val="28"/>
          <w:szCs w:val="28"/>
          <w:u w:val="single"/>
        </w:rPr>
        <w:lastRenderedPageBreak/>
        <w:t>2. Sécurité</w:t>
      </w:r>
    </w:p>
    <w:p w14:paraId="5D799CCC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Chaque établissement est responsable de la surveillance de ses élèves avant, pendant et après la compétition.</w:t>
      </w:r>
    </w:p>
    <w:p w14:paraId="1D8118DA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Les participants doivent respecter les consignes des organisateurs, enseignants, signaleurs et secouristes.</w:t>
      </w:r>
    </w:p>
    <w:p w14:paraId="4D03B0A7" w14:textId="7EB644E9" w:rsidR="00F23B37" w:rsidRPr="00475CA4" w:rsidRDefault="00F23B37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Chaussures fermées obligatoires sous peine de disqualification.</w:t>
      </w:r>
    </w:p>
    <w:p w14:paraId="5E6AA191" w14:textId="673C4C16" w:rsidR="00F23B37" w:rsidRPr="00475CA4" w:rsidRDefault="00F23B37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T-Shirt de l’établissement.</w:t>
      </w:r>
    </w:p>
    <w:p w14:paraId="1F3D748C" w14:textId="37A77F13" w:rsidR="00F23B37" w:rsidRPr="00475CA4" w:rsidRDefault="00F23B37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Numéro de licence (les 5 der</w:t>
      </w:r>
      <w:r w:rsidR="00B20529">
        <w:rPr>
          <w:sz w:val="28"/>
          <w:szCs w:val="28"/>
          <w:lang w:val="fr-FR"/>
        </w:rPr>
        <w:t>n</w:t>
      </w:r>
      <w:r w:rsidRPr="00475CA4">
        <w:rPr>
          <w:sz w:val="28"/>
          <w:szCs w:val="28"/>
          <w:lang w:val="fr-FR"/>
        </w:rPr>
        <w:t>iers chiffres) bras droit du coureur.</w:t>
      </w:r>
    </w:p>
    <w:p w14:paraId="7CA31565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Les coureurs doivent impérativement rester sur les parcours balisés.</w:t>
      </w:r>
    </w:p>
    <w:p w14:paraId="1778B85C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Le port du dossard est obligatoire et visible durant toute l’épreuve.</w:t>
      </w:r>
    </w:p>
    <w:p w14:paraId="0D454DDC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Tout abandon doit être signalé immédiatement à l’organisation.</w:t>
      </w:r>
    </w:p>
    <w:p w14:paraId="36C89962" w14:textId="000A4E2B" w:rsidR="004A2AD0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Les marqueurs, enceintes portatives ainsi que les pulls ou vestes à capuche sont interdits durant la manifestation.</w:t>
      </w:r>
    </w:p>
    <w:p w14:paraId="12B108F7" w14:textId="3A5F0D13" w:rsidR="00D934EF" w:rsidRDefault="00D934EF">
      <w:pPr>
        <w:pStyle w:val="Listepuces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Aucun déchet sur le site d’accueil. </w:t>
      </w:r>
    </w:p>
    <w:p w14:paraId="3446E437" w14:textId="2C90970C" w:rsidR="00D934EF" w:rsidRDefault="00D934EF">
      <w:pPr>
        <w:pStyle w:val="Listepuces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L’ensemble des bus et voitures seront stationnés  en face de la maison de retraite juste sur le haut du terrain de football.</w:t>
      </w:r>
    </w:p>
    <w:p w14:paraId="7DF8E224" w14:textId="5D1F1113" w:rsidR="00D934EF" w:rsidRDefault="00D934EF">
      <w:pPr>
        <w:pStyle w:val="Listepuces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Après </w:t>
      </w:r>
      <w:proofErr w:type="gramStart"/>
      <w:r>
        <w:rPr>
          <w:sz w:val="28"/>
          <w:szCs w:val="28"/>
          <w:lang w:val="fr-FR"/>
        </w:rPr>
        <w:t>la compétitions</w:t>
      </w:r>
      <w:proofErr w:type="gramEnd"/>
      <w:r>
        <w:rPr>
          <w:sz w:val="28"/>
          <w:szCs w:val="28"/>
          <w:lang w:val="fr-FR"/>
        </w:rPr>
        <w:t xml:space="preserve"> les transporteurs prendront la route direction le cimetière pour reprendre l’axe de la RT1.</w:t>
      </w:r>
    </w:p>
    <w:p w14:paraId="2C1F4071" w14:textId="77777777" w:rsidR="00475CA4" w:rsidRPr="00475CA4" w:rsidRDefault="00475CA4" w:rsidP="00212F48">
      <w:pPr>
        <w:pStyle w:val="Listepuces"/>
        <w:numPr>
          <w:ilvl w:val="0"/>
          <w:numId w:val="0"/>
        </w:numPr>
        <w:rPr>
          <w:sz w:val="28"/>
          <w:szCs w:val="28"/>
          <w:lang w:val="fr-FR"/>
        </w:rPr>
      </w:pPr>
    </w:p>
    <w:p w14:paraId="48B121BD" w14:textId="77777777" w:rsidR="004A2AD0" w:rsidRPr="00475CA4" w:rsidRDefault="00000000">
      <w:pPr>
        <w:pStyle w:val="Titre2"/>
        <w:rPr>
          <w:sz w:val="28"/>
          <w:szCs w:val="28"/>
          <w:u w:val="single"/>
        </w:rPr>
      </w:pPr>
      <w:r w:rsidRPr="00475CA4">
        <w:rPr>
          <w:sz w:val="28"/>
          <w:szCs w:val="28"/>
          <w:u w:val="single"/>
        </w:rPr>
        <w:t xml:space="preserve">3. </w:t>
      </w:r>
      <w:proofErr w:type="spellStart"/>
      <w:r w:rsidRPr="00475CA4">
        <w:rPr>
          <w:sz w:val="28"/>
          <w:szCs w:val="28"/>
          <w:u w:val="single"/>
        </w:rPr>
        <w:t>Dispositif</w:t>
      </w:r>
      <w:proofErr w:type="spellEnd"/>
      <w:r w:rsidRPr="00475CA4">
        <w:rPr>
          <w:sz w:val="28"/>
          <w:szCs w:val="28"/>
          <w:u w:val="single"/>
        </w:rPr>
        <w:t xml:space="preserve"> de secours</w:t>
      </w:r>
    </w:p>
    <w:p w14:paraId="4E682108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Présence d’un médecin durant toute la manifestation.</w:t>
      </w:r>
    </w:p>
    <w:p w14:paraId="0BC813CA" w14:textId="77777777" w:rsidR="004A2AD0" w:rsidRPr="00475CA4" w:rsidRDefault="00000000">
      <w:pPr>
        <w:pStyle w:val="Listepuces"/>
        <w:rPr>
          <w:sz w:val="28"/>
          <w:szCs w:val="28"/>
        </w:rPr>
      </w:pPr>
      <w:r w:rsidRPr="00475CA4">
        <w:rPr>
          <w:sz w:val="28"/>
          <w:szCs w:val="28"/>
        </w:rPr>
        <w:t xml:space="preserve">Présence de deux </w:t>
      </w:r>
      <w:proofErr w:type="spellStart"/>
      <w:r w:rsidRPr="00475CA4">
        <w:rPr>
          <w:sz w:val="28"/>
          <w:szCs w:val="28"/>
        </w:rPr>
        <w:t>infirmières</w:t>
      </w:r>
      <w:proofErr w:type="spellEnd"/>
      <w:r w:rsidRPr="00475CA4">
        <w:rPr>
          <w:sz w:val="28"/>
          <w:szCs w:val="28"/>
        </w:rPr>
        <w:t>.</w:t>
      </w:r>
    </w:p>
    <w:p w14:paraId="15ABE4BB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Deux ambulances mobilisées sur le site.</w:t>
      </w:r>
    </w:p>
    <w:p w14:paraId="7E72A42F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PC secours central installé dans la salle omnisports.</w:t>
      </w:r>
    </w:p>
    <w:p w14:paraId="0F119F81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Protection Civile présente avec six secouristes qualifiés.</w:t>
      </w:r>
    </w:p>
    <w:p w14:paraId="3220D83A" w14:textId="77777777" w:rsidR="004A2AD0" w:rsidRPr="00475CA4" w:rsidRDefault="00000000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Seize postes de surveillance (PC) répartis sur l’ensemble des parcours.</w:t>
      </w:r>
    </w:p>
    <w:p w14:paraId="0C938790" w14:textId="7050ACCA" w:rsidR="00F23B37" w:rsidRPr="00475CA4" w:rsidRDefault="00F23B37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Patrouille gendarmerie</w:t>
      </w:r>
    </w:p>
    <w:p w14:paraId="75D46709" w14:textId="1F7C22D1" w:rsidR="00F23B37" w:rsidRPr="00475CA4" w:rsidRDefault="00F23B37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Green patrouille (Gestion des déchets, respect de l’environnement…</w:t>
      </w:r>
    </w:p>
    <w:p w14:paraId="7634A739" w14:textId="519DE9DC" w:rsidR="00475CA4" w:rsidRPr="002711E9" w:rsidRDefault="00F23B37" w:rsidP="002711E9">
      <w:pPr>
        <w:pStyle w:val="Listepuces"/>
        <w:rPr>
          <w:sz w:val="28"/>
          <w:szCs w:val="28"/>
          <w:lang w:val="fr-FR"/>
        </w:rPr>
      </w:pPr>
      <w:r w:rsidRPr="00475CA4">
        <w:rPr>
          <w:sz w:val="28"/>
          <w:szCs w:val="28"/>
          <w:lang w:val="fr-FR"/>
        </w:rPr>
        <w:t>PC secours se trouve dans la salle omnisport.</w:t>
      </w:r>
    </w:p>
    <w:p w14:paraId="4AEF1F89" w14:textId="5FE5BE20" w:rsidR="00475CA4" w:rsidRPr="005C02D0" w:rsidRDefault="005C02D0" w:rsidP="00D934EF">
      <w:pPr>
        <w:pStyle w:val="Listepuces"/>
        <w:numPr>
          <w:ilvl w:val="0"/>
          <w:numId w:val="0"/>
        </w:numPr>
        <w:ind w:left="360" w:hanging="360"/>
        <w:jc w:val="center"/>
        <w:rPr>
          <w:b/>
          <w:bCs/>
          <w:color w:val="EE0000"/>
          <w:sz w:val="28"/>
          <w:szCs w:val="28"/>
          <w:lang w:val="fr-FR"/>
        </w:rPr>
      </w:pPr>
      <w:r w:rsidRPr="005C02D0">
        <w:rPr>
          <w:b/>
          <w:bCs/>
          <w:color w:val="EE0000"/>
          <w:sz w:val="28"/>
          <w:szCs w:val="28"/>
          <w:lang w:val="fr-FR"/>
        </w:rPr>
        <w:t xml:space="preserve">La mise en échauffement de chaque coureur est </w:t>
      </w:r>
      <w:r w:rsidR="00D934EF">
        <w:rPr>
          <w:b/>
          <w:bCs/>
          <w:color w:val="EE0000"/>
          <w:sz w:val="28"/>
          <w:szCs w:val="28"/>
          <w:lang w:val="fr-FR"/>
        </w:rPr>
        <w:t>VIVEMENT CONSEIL</w:t>
      </w:r>
      <w:r w:rsidR="00B225B0">
        <w:rPr>
          <w:b/>
          <w:bCs/>
          <w:color w:val="EE0000"/>
          <w:sz w:val="28"/>
          <w:szCs w:val="28"/>
          <w:lang w:val="fr-FR"/>
        </w:rPr>
        <w:t>LE</w:t>
      </w:r>
      <w:r w:rsidRPr="005C02D0">
        <w:rPr>
          <w:b/>
          <w:bCs/>
          <w:color w:val="EE0000"/>
          <w:sz w:val="28"/>
          <w:szCs w:val="28"/>
          <w:lang w:val="fr-FR"/>
        </w:rPr>
        <w:t xml:space="preserve"> sous la responsabilité des enseignants.</w:t>
      </w:r>
    </w:p>
    <w:p w14:paraId="31140409" w14:textId="77777777" w:rsidR="004A2AD0" w:rsidRPr="005C02D0" w:rsidRDefault="00000000">
      <w:pPr>
        <w:pStyle w:val="Titre2"/>
        <w:rPr>
          <w:lang w:val="fr-FR"/>
        </w:rPr>
      </w:pPr>
      <w:r w:rsidRPr="005C02D0">
        <w:rPr>
          <w:lang w:val="fr-FR"/>
        </w:rPr>
        <w:lastRenderedPageBreak/>
        <w:t>4. Horaires et organisation prévisionnels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4"/>
        <w:gridCol w:w="3157"/>
        <w:gridCol w:w="3929"/>
      </w:tblGrid>
      <w:tr w:rsidR="00711DBA" w14:paraId="715B0531" w14:textId="77777777" w:rsidTr="00711DBA">
        <w:tc>
          <w:tcPr>
            <w:tcW w:w="1544" w:type="dxa"/>
          </w:tcPr>
          <w:p w14:paraId="67EB9460" w14:textId="1C3376A6" w:rsidR="00711DBA" w:rsidRPr="00E8164C" w:rsidRDefault="00711DBA" w:rsidP="009C5101">
            <w:pPr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E8164C">
              <w:rPr>
                <w:b/>
                <w:bCs/>
                <w:sz w:val="32"/>
                <w:szCs w:val="32"/>
              </w:rPr>
              <w:t>Horaires</w:t>
            </w:r>
            <w:proofErr w:type="spellEnd"/>
          </w:p>
        </w:tc>
        <w:tc>
          <w:tcPr>
            <w:tcW w:w="3157" w:type="dxa"/>
          </w:tcPr>
          <w:p w14:paraId="76FCE9E9" w14:textId="0993E93D" w:rsidR="00711DBA" w:rsidRPr="00E8164C" w:rsidRDefault="00475CA4" w:rsidP="009C5101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E8164C">
              <w:rPr>
                <w:b/>
                <w:bCs/>
                <w:sz w:val="32"/>
                <w:szCs w:val="32"/>
                <w:lang w:val="fr-FR"/>
              </w:rPr>
              <w:t>Départ et temps de course</w:t>
            </w:r>
          </w:p>
        </w:tc>
        <w:tc>
          <w:tcPr>
            <w:tcW w:w="3929" w:type="dxa"/>
          </w:tcPr>
          <w:p w14:paraId="53A80F2D" w14:textId="2A32B956" w:rsidR="00711DBA" w:rsidRPr="00E8164C" w:rsidRDefault="00711DBA" w:rsidP="009C5101">
            <w:pPr>
              <w:jc w:val="center"/>
              <w:rPr>
                <w:b/>
                <w:bCs/>
                <w:sz w:val="32"/>
                <w:szCs w:val="32"/>
              </w:rPr>
            </w:pPr>
            <w:r w:rsidRPr="00E8164C">
              <w:rPr>
                <w:b/>
                <w:bCs/>
                <w:sz w:val="32"/>
                <w:szCs w:val="32"/>
              </w:rPr>
              <w:t>Actions</w:t>
            </w:r>
          </w:p>
        </w:tc>
      </w:tr>
      <w:tr w:rsidR="00711DBA" w:rsidRPr="002565A0" w14:paraId="1E6EA30F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4BE30C74" w14:textId="77777777" w:rsidR="00711DBA" w:rsidRPr="00E8164C" w:rsidRDefault="00711DBA" w:rsidP="00475CA4">
            <w:pPr>
              <w:jc w:val="center"/>
              <w:rPr>
                <w:b/>
                <w:bCs/>
              </w:rPr>
            </w:pPr>
            <w:r w:rsidRPr="00E8164C">
              <w:rPr>
                <w:b/>
                <w:bCs/>
              </w:rPr>
              <w:t>06h30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13D80A5C" w14:textId="77777777" w:rsidR="00711DBA" w:rsidRPr="00A902C2" w:rsidRDefault="00711DBA">
            <w:pPr>
              <w:rPr>
                <w:lang w:val="fr-FR"/>
              </w:rPr>
            </w:pPr>
          </w:p>
        </w:tc>
        <w:tc>
          <w:tcPr>
            <w:tcW w:w="3929" w:type="dxa"/>
            <w:shd w:val="clear" w:color="auto" w:fill="BFBFBF" w:themeFill="background1" w:themeFillShade="BF"/>
          </w:tcPr>
          <w:p w14:paraId="6061AE75" w14:textId="5FA68F65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Accueil du staff d'organisation, installation et finalisation du matériel.</w:t>
            </w:r>
          </w:p>
        </w:tc>
      </w:tr>
      <w:tr w:rsidR="00711DBA" w:rsidRPr="002565A0" w14:paraId="5D83C250" w14:textId="77777777" w:rsidTr="00711DBA">
        <w:tc>
          <w:tcPr>
            <w:tcW w:w="1544" w:type="dxa"/>
          </w:tcPr>
          <w:p w14:paraId="15724726" w14:textId="77777777" w:rsidR="00711DBA" w:rsidRPr="00E8164C" w:rsidRDefault="00711DBA" w:rsidP="00475CA4">
            <w:pPr>
              <w:jc w:val="center"/>
              <w:rPr>
                <w:b/>
                <w:bCs/>
              </w:rPr>
            </w:pPr>
            <w:r w:rsidRPr="00E8164C">
              <w:rPr>
                <w:b/>
                <w:bCs/>
              </w:rPr>
              <w:t>08h30</w:t>
            </w:r>
          </w:p>
        </w:tc>
        <w:tc>
          <w:tcPr>
            <w:tcW w:w="3157" w:type="dxa"/>
          </w:tcPr>
          <w:p w14:paraId="6B271B83" w14:textId="77777777" w:rsidR="00711DBA" w:rsidRPr="00A902C2" w:rsidRDefault="00711DBA">
            <w:pPr>
              <w:rPr>
                <w:lang w:val="fr-FR"/>
              </w:rPr>
            </w:pPr>
          </w:p>
        </w:tc>
        <w:tc>
          <w:tcPr>
            <w:tcW w:w="3929" w:type="dxa"/>
          </w:tcPr>
          <w:p w14:paraId="5C204855" w14:textId="621217C7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Ouverture officielle du village du cross.</w:t>
            </w:r>
          </w:p>
        </w:tc>
      </w:tr>
      <w:tr w:rsidR="00711DBA" w:rsidRPr="002565A0" w14:paraId="06B6BEEE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2B12F0F8" w14:textId="77777777" w:rsidR="00C560EA" w:rsidRPr="00D8534A" w:rsidRDefault="00C560EA" w:rsidP="00475CA4">
            <w:pPr>
              <w:jc w:val="center"/>
              <w:rPr>
                <w:lang w:val="fr-FR"/>
              </w:rPr>
            </w:pPr>
          </w:p>
          <w:p w14:paraId="3ED14F66" w14:textId="19494619" w:rsidR="00E029EC" w:rsidRPr="00E8164C" w:rsidRDefault="00711DBA" w:rsidP="00475CA4">
            <w:pPr>
              <w:jc w:val="center"/>
              <w:rPr>
                <w:b/>
                <w:bCs/>
              </w:rPr>
            </w:pPr>
            <w:r w:rsidRPr="00E8164C">
              <w:rPr>
                <w:b/>
                <w:bCs/>
              </w:rPr>
              <w:t xml:space="preserve">09h00 </w:t>
            </w:r>
          </w:p>
          <w:p w14:paraId="6B0F5004" w14:textId="457DACF4" w:rsidR="00E029EC" w:rsidRPr="00E8164C" w:rsidRDefault="00E029EC" w:rsidP="00475CA4">
            <w:pPr>
              <w:jc w:val="center"/>
              <w:rPr>
                <w:b/>
                <w:bCs/>
              </w:rPr>
            </w:pPr>
            <w:r w:rsidRPr="00E8164C">
              <w:rPr>
                <w:b/>
                <w:bCs/>
              </w:rPr>
              <w:t>à</w:t>
            </w:r>
          </w:p>
          <w:p w14:paraId="22C2644F" w14:textId="7EDFCED9" w:rsidR="00711DBA" w:rsidRDefault="00711DBA" w:rsidP="00475CA4">
            <w:pPr>
              <w:jc w:val="center"/>
            </w:pPr>
            <w:r w:rsidRPr="00E8164C">
              <w:rPr>
                <w:b/>
                <w:bCs/>
              </w:rPr>
              <w:t>10h00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6EEBC2FA" w14:textId="77777777" w:rsidR="00711DBA" w:rsidRPr="00A902C2" w:rsidRDefault="00711DBA">
            <w:pPr>
              <w:rPr>
                <w:lang w:val="fr-FR"/>
              </w:rPr>
            </w:pPr>
          </w:p>
        </w:tc>
        <w:tc>
          <w:tcPr>
            <w:tcW w:w="3929" w:type="dxa"/>
            <w:shd w:val="clear" w:color="auto" w:fill="BFBFBF" w:themeFill="background1" w:themeFillShade="BF"/>
          </w:tcPr>
          <w:p w14:paraId="168EFE19" w14:textId="565751D9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Accueil des établissements, émargement des équipes et remise des dossiers de compétition aux enseignants.</w:t>
            </w:r>
          </w:p>
        </w:tc>
      </w:tr>
      <w:tr w:rsidR="00711DBA" w:rsidRPr="002565A0" w14:paraId="22222FA1" w14:textId="77777777" w:rsidTr="00711DBA">
        <w:tc>
          <w:tcPr>
            <w:tcW w:w="1544" w:type="dxa"/>
          </w:tcPr>
          <w:p w14:paraId="0117CE9E" w14:textId="77777777" w:rsidR="00C560EA" w:rsidRPr="00D8534A" w:rsidRDefault="00C560EA" w:rsidP="00475CA4">
            <w:pPr>
              <w:jc w:val="center"/>
              <w:rPr>
                <w:lang w:val="fr-FR"/>
              </w:rPr>
            </w:pPr>
          </w:p>
          <w:p w14:paraId="7A85F4D5" w14:textId="2C923C15" w:rsidR="00711DBA" w:rsidRPr="00E8164C" w:rsidRDefault="00711DBA" w:rsidP="00475CA4">
            <w:pPr>
              <w:jc w:val="center"/>
              <w:rPr>
                <w:b/>
                <w:bCs/>
              </w:rPr>
            </w:pPr>
            <w:r w:rsidRPr="00E8164C">
              <w:rPr>
                <w:b/>
                <w:bCs/>
              </w:rPr>
              <w:t>10h</w:t>
            </w:r>
            <w:r w:rsidR="00C560EA" w:rsidRPr="00E8164C">
              <w:rPr>
                <w:b/>
                <w:bCs/>
              </w:rPr>
              <w:t>30</w:t>
            </w:r>
          </w:p>
          <w:p w14:paraId="4648BFAC" w14:textId="77777777" w:rsidR="00C560EA" w:rsidRDefault="00C560EA" w:rsidP="00475CA4">
            <w:pPr>
              <w:jc w:val="center"/>
            </w:pPr>
          </w:p>
          <w:p w14:paraId="28EDA150" w14:textId="503966D4" w:rsidR="00C560EA" w:rsidRDefault="00C560EA" w:rsidP="00475CA4">
            <w:pPr>
              <w:jc w:val="center"/>
            </w:pPr>
            <w:r>
              <w:t>À</w:t>
            </w:r>
          </w:p>
          <w:p w14:paraId="2BC76CA1" w14:textId="1AB1A84C" w:rsidR="00C560EA" w:rsidRPr="00E8164C" w:rsidRDefault="00C560EA" w:rsidP="00C560EA">
            <w:pPr>
              <w:rPr>
                <w:b/>
                <w:bCs/>
              </w:rPr>
            </w:pPr>
            <w:r>
              <w:t xml:space="preserve">       </w:t>
            </w:r>
            <w:r w:rsidRPr="00E8164C">
              <w:rPr>
                <w:b/>
                <w:bCs/>
              </w:rPr>
              <w:t>10h45</w:t>
            </w:r>
          </w:p>
        </w:tc>
        <w:tc>
          <w:tcPr>
            <w:tcW w:w="3157" w:type="dxa"/>
          </w:tcPr>
          <w:p w14:paraId="5BC177C1" w14:textId="77777777" w:rsidR="00711DBA" w:rsidRPr="00A902C2" w:rsidRDefault="00711DBA">
            <w:pPr>
              <w:rPr>
                <w:lang w:val="fr-FR"/>
              </w:rPr>
            </w:pPr>
          </w:p>
        </w:tc>
        <w:tc>
          <w:tcPr>
            <w:tcW w:w="3929" w:type="dxa"/>
          </w:tcPr>
          <w:p w14:paraId="1C9F30DC" w14:textId="65A3E628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Réunion générale des responsables de postes de contrôle (PC), enseignants, agents de sécurité, secouristes et personnels mobilisés pour la manifestation.</w:t>
            </w:r>
          </w:p>
        </w:tc>
      </w:tr>
      <w:tr w:rsidR="00C560EA" w:rsidRPr="002565A0" w14:paraId="5C9BFF7E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2E963634" w14:textId="77777777" w:rsidR="00EA42D4" w:rsidRDefault="00EA42D4" w:rsidP="00475CA4">
            <w:pPr>
              <w:jc w:val="center"/>
              <w:rPr>
                <w:b/>
                <w:bCs/>
                <w:lang w:val="fr-FR"/>
              </w:rPr>
            </w:pPr>
          </w:p>
          <w:p w14:paraId="3A717402" w14:textId="0C90EB0E" w:rsidR="00E8164C" w:rsidRPr="00E8164C" w:rsidRDefault="00E8164C" w:rsidP="00475CA4">
            <w:pPr>
              <w:jc w:val="center"/>
              <w:rPr>
                <w:b/>
                <w:bCs/>
                <w:lang w:val="fr-FR"/>
              </w:rPr>
            </w:pPr>
            <w:r w:rsidRPr="00E8164C">
              <w:rPr>
                <w:b/>
                <w:bCs/>
                <w:lang w:val="fr-FR"/>
              </w:rPr>
              <w:t>10h45</w:t>
            </w:r>
          </w:p>
          <w:p w14:paraId="5D1126D6" w14:textId="0BD9B7EB" w:rsidR="00C560EA" w:rsidRPr="00DB7513" w:rsidRDefault="00C560EA" w:rsidP="00475CA4">
            <w:pPr>
              <w:jc w:val="center"/>
              <w:rPr>
                <w:b/>
                <w:bCs/>
                <w:lang w:val="fr-FR"/>
              </w:rPr>
            </w:pPr>
            <w:r w:rsidRPr="00DB7513">
              <w:rPr>
                <w:b/>
                <w:bCs/>
                <w:lang w:val="fr-FR"/>
              </w:rPr>
              <w:t>Danse d’ouverture et flash mob</w:t>
            </w:r>
          </w:p>
          <w:p w14:paraId="3F256966" w14:textId="77777777" w:rsidR="00C560EA" w:rsidRPr="00DB7513" w:rsidRDefault="00C560EA" w:rsidP="00475CA4">
            <w:pPr>
              <w:jc w:val="center"/>
              <w:rPr>
                <w:b/>
                <w:bCs/>
                <w:lang w:val="fr-FR"/>
              </w:rPr>
            </w:pPr>
          </w:p>
          <w:p w14:paraId="2A1170E7" w14:textId="77777777" w:rsidR="00C560EA" w:rsidRPr="00C560EA" w:rsidRDefault="00C560EA" w:rsidP="00475CA4">
            <w:pPr>
              <w:jc w:val="center"/>
              <w:rPr>
                <w:lang w:val="fr-FR"/>
              </w:rPr>
            </w:pPr>
          </w:p>
        </w:tc>
        <w:tc>
          <w:tcPr>
            <w:tcW w:w="3157" w:type="dxa"/>
            <w:shd w:val="clear" w:color="auto" w:fill="BFBFBF" w:themeFill="background1" w:themeFillShade="BF"/>
          </w:tcPr>
          <w:p w14:paraId="7A251519" w14:textId="77777777" w:rsidR="00C560EA" w:rsidRPr="00A902C2" w:rsidRDefault="00C560EA">
            <w:pPr>
              <w:rPr>
                <w:lang w:val="fr-FR"/>
              </w:rPr>
            </w:pPr>
          </w:p>
        </w:tc>
        <w:tc>
          <w:tcPr>
            <w:tcW w:w="3929" w:type="dxa"/>
            <w:shd w:val="clear" w:color="auto" w:fill="BFBFBF" w:themeFill="background1" w:themeFillShade="BF"/>
          </w:tcPr>
          <w:p w14:paraId="207DFFFB" w14:textId="77777777" w:rsidR="00DB7513" w:rsidRDefault="00DB7513">
            <w:pPr>
              <w:rPr>
                <w:b/>
                <w:bCs/>
                <w:lang w:val="fr-FR"/>
              </w:rPr>
            </w:pPr>
          </w:p>
          <w:p w14:paraId="3E43C325" w14:textId="77777777" w:rsidR="00DB7513" w:rsidRDefault="00DB7513">
            <w:pPr>
              <w:rPr>
                <w:b/>
                <w:bCs/>
                <w:lang w:val="fr-FR"/>
              </w:rPr>
            </w:pPr>
          </w:p>
          <w:p w14:paraId="7BA74F59" w14:textId="1CD1F8D5" w:rsidR="00C560EA" w:rsidRPr="00D8534A" w:rsidRDefault="00C560E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 xml:space="preserve">Echauffement collectif </w:t>
            </w:r>
            <w:r w:rsidR="00E8164C" w:rsidRPr="00D8534A">
              <w:rPr>
                <w:b/>
                <w:bCs/>
                <w:lang w:val="fr-FR"/>
              </w:rPr>
              <w:t xml:space="preserve"> « Flash mob country »</w:t>
            </w:r>
            <w:r w:rsidRPr="00D8534A">
              <w:rPr>
                <w:b/>
                <w:bCs/>
                <w:lang w:val="fr-FR"/>
              </w:rPr>
              <w:t xml:space="preserve"> sur le terrain de basket.</w:t>
            </w:r>
          </w:p>
        </w:tc>
      </w:tr>
      <w:tr w:rsidR="00711DBA" w:rsidRPr="002565A0" w14:paraId="7DCE0B56" w14:textId="77777777" w:rsidTr="00711DBA">
        <w:tc>
          <w:tcPr>
            <w:tcW w:w="1544" w:type="dxa"/>
          </w:tcPr>
          <w:p w14:paraId="148A06D0" w14:textId="77777777" w:rsidR="00711DBA" w:rsidRPr="00475CA4" w:rsidRDefault="00711DBA" w:rsidP="00475CA4">
            <w:pPr>
              <w:jc w:val="center"/>
              <w:rPr>
                <w:b/>
                <w:bCs/>
              </w:rPr>
            </w:pPr>
            <w:r w:rsidRPr="00475CA4">
              <w:rPr>
                <w:b/>
                <w:bCs/>
              </w:rPr>
              <w:t>11h00</w:t>
            </w:r>
          </w:p>
        </w:tc>
        <w:tc>
          <w:tcPr>
            <w:tcW w:w="3157" w:type="dxa"/>
          </w:tcPr>
          <w:p w14:paraId="54F30719" w14:textId="77777777" w:rsidR="00711DBA" w:rsidRPr="00A902C2" w:rsidRDefault="00711DBA">
            <w:pPr>
              <w:rPr>
                <w:lang w:val="fr-FR"/>
              </w:rPr>
            </w:pPr>
          </w:p>
        </w:tc>
        <w:tc>
          <w:tcPr>
            <w:tcW w:w="3929" w:type="dxa"/>
          </w:tcPr>
          <w:p w14:paraId="0E340C71" w14:textId="281BFE2F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Prise de poste des signaleurs, contrôleurs et personnels de surveillance.</w:t>
            </w:r>
          </w:p>
        </w:tc>
      </w:tr>
      <w:tr w:rsidR="00711DBA" w:rsidRPr="002565A0" w14:paraId="0B4E1EC9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6495DC99" w14:textId="6DACAE84" w:rsidR="00711DBA" w:rsidRPr="00475CA4" w:rsidRDefault="00711DBA" w:rsidP="00475CA4">
            <w:pPr>
              <w:jc w:val="center"/>
              <w:rPr>
                <w:b/>
                <w:bCs/>
              </w:rPr>
            </w:pPr>
            <w:r w:rsidRPr="00475CA4">
              <w:rPr>
                <w:b/>
                <w:bCs/>
              </w:rPr>
              <w:t>11h15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3E8C48DD" w14:textId="33F48B53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Temps course maximum 20 mn</w:t>
            </w:r>
          </w:p>
        </w:tc>
        <w:tc>
          <w:tcPr>
            <w:tcW w:w="3929" w:type="dxa"/>
            <w:shd w:val="clear" w:color="auto" w:fill="BFBFBF" w:themeFill="background1" w:themeFillShade="BF"/>
          </w:tcPr>
          <w:p w14:paraId="643CCB3F" w14:textId="36C60614" w:rsidR="00711DBA" w:rsidRPr="00D8534A" w:rsidRDefault="00711DB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Echauffement et ouverture de la chambre d'appel Poussines et poussins né(e)s en 2015 2016 </w:t>
            </w:r>
            <w:r w:rsidR="006C0F83" w:rsidRPr="00D8534A">
              <w:rPr>
                <w:b/>
                <w:bCs/>
                <w:lang w:val="fr-FR"/>
              </w:rPr>
              <w:t xml:space="preserve"> + ASH loisir</w:t>
            </w:r>
          </w:p>
        </w:tc>
      </w:tr>
      <w:tr w:rsidR="00711DBA" w:rsidRPr="002565A0" w14:paraId="615EC535" w14:textId="77777777" w:rsidTr="00711DBA">
        <w:tc>
          <w:tcPr>
            <w:tcW w:w="1544" w:type="dxa"/>
          </w:tcPr>
          <w:p w14:paraId="4EFFB1E7" w14:textId="69C7EAD5" w:rsidR="00711DBA" w:rsidRPr="00475CA4" w:rsidRDefault="00711DBA" w:rsidP="00E029EC">
            <w:pPr>
              <w:jc w:val="center"/>
              <w:rPr>
                <w:b/>
                <w:bCs/>
              </w:rPr>
            </w:pPr>
            <w:r w:rsidRPr="00475CA4">
              <w:rPr>
                <w:b/>
                <w:bCs/>
              </w:rPr>
              <w:t>11h30</w:t>
            </w:r>
          </w:p>
        </w:tc>
        <w:tc>
          <w:tcPr>
            <w:tcW w:w="3157" w:type="dxa"/>
          </w:tcPr>
          <w:p w14:paraId="4278E6CC" w14:textId="57A42F48" w:rsidR="00475CA4" w:rsidRPr="00D8534A" w:rsidRDefault="00475CA4" w:rsidP="00475CA4">
            <w:pPr>
              <w:rPr>
                <w:b/>
                <w:bCs/>
                <w:color w:val="388600"/>
                <w:lang w:val="fr-FR"/>
              </w:rPr>
            </w:pPr>
            <w:r w:rsidRPr="00D8534A">
              <w:rPr>
                <w:b/>
                <w:bCs/>
                <w:color w:val="388600"/>
                <w:lang w:val="fr-FR"/>
              </w:rPr>
              <w:t>Départ</w:t>
            </w:r>
            <w:r w:rsidR="008B65EE" w:rsidRPr="00D8534A">
              <w:rPr>
                <w:b/>
                <w:bCs/>
                <w:color w:val="388600"/>
                <w:lang w:val="fr-FR"/>
              </w:rPr>
              <w:t xml:space="preserve"> 1500m</w:t>
            </w:r>
            <w:r w:rsidRPr="00D8534A">
              <w:rPr>
                <w:b/>
                <w:bCs/>
                <w:color w:val="388600"/>
                <w:lang w:val="fr-FR"/>
              </w:rPr>
              <w:t xml:space="preserve"> des poussins et des poussines</w:t>
            </w:r>
            <w:r w:rsidR="006C0F83" w:rsidRPr="00D8534A">
              <w:rPr>
                <w:b/>
                <w:bCs/>
                <w:color w:val="388600"/>
                <w:lang w:val="fr-FR"/>
              </w:rPr>
              <w:t xml:space="preserve"> + ASH LOISIR</w:t>
            </w:r>
            <w:r w:rsidRPr="00D8534A">
              <w:rPr>
                <w:b/>
                <w:bCs/>
                <w:color w:val="388600"/>
                <w:lang w:val="fr-FR"/>
              </w:rPr>
              <w:t>. Temps de course maximum 20 mn</w:t>
            </w:r>
            <w:r w:rsidR="008B65EE" w:rsidRPr="00D8534A">
              <w:rPr>
                <w:b/>
                <w:bCs/>
                <w:color w:val="388600"/>
                <w:lang w:val="fr-FR"/>
              </w:rPr>
              <w:t xml:space="preserve">. </w:t>
            </w:r>
          </w:p>
          <w:p w14:paraId="330C5B5C" w14:textId="77777777" w:rsidR="00711DBA" w:rsidRPr="00D8534A" w:rsidRDefault="00711DBA">
            <w:pPr>
              <w:rPr>
                <w:b/>
                <w:bCs/>
                <w:color w:val="388600"/>
                <w:lang w:val="fr-FR"/>
              </w:rPr>
            </w:pPr>
          </w:p>
        </w:tc>
        <w:tc>
          <w:tcPr>
            <w:tcW w:w="3929" w:type="dxa"/>
          </w:tcPr>
          <w:p w14:paraId="2B5A3A9C" w14:textId="77777777" w:rsidR="00711DBA" w:rsidRPr="00D8534A" w:rsidRDefault="00711DBA" w:rsidP="00D8534A">
            <w:pPr>
              <w:jc w:val="center"/>
              <w:rPr>
                <w:b/>
                <w:bCs/>
                <w:color w:val="388600"/>
                <w:lang w:val="fr-FR"/>
              </w:rPr>
            </w:pPr>
            <w:r w:rsidRPr="00D8534A">
              <w:rPr>
                <w:b/>
                <w:bCs/>
                <w:color w:val="388600"/>
                <w:lang w:val="fr-FR"/>
              </w:rPr>
              <w:t>Départ des pou</w:t>
            </w:r>
            <w:r w:rsidR="00475CA4" w:rsidRPr="00D8534A">
              <w:rPr>
                <w:b/>
                <w:bCs/>
                <w:color w:val="388600"/>
                <w:lang w:val="fr-FR"/>
              </w:rPr>
              <w:t>ssins et des poussines</w:t>
            </w:r>
          </w:p>
          <w:p w14:paraId="4258BD30" w14:textId="20A3E567" w:rsidR="00475CA4" w:rsidRPr="00D8534A" w:rsidRDefault="00475CA4">
            <w:pPr>
              <w:rPr>
                <w:b/>
                <w:bCs/>
                <w:color w:val="388600"/>
                <w:lang w:val="fr-FR"/>
              </w:rPr>
            </w:pPr>
          </w:p>
        </w:tc>
      </w:tr>
      <w:tr w:rsidR="009C5D6A" w:rsidRPr="002565A0" w14:paraId="0156E47F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0FC5EE90" w14:textId="0502C50A" w:rsidR="009C5D6A" w:rsidRPr="00475CA4" w:rsidRDefault="009C5D6A" w:rsidP="009C5D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11h30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375DC342" w14:textId="77777777" w:rsidR="009C5D6A" w:rsidRPr="00212F48" w:rsidRDefault="009C5D6A" w:rsidP="009C5D6A">
            <w:pPr>
              <w:rPr>
                <w:b/>
                <w:bCs/>
                <w:lang w:val="fr-FR"/>
              </w:rPr>
            </w:pPr>
          </w:p>
        </w:tc>
        <w:tc>
          <w:tcPr>
            <w:tcW w:w="3929" w:type="dxa"/>
            <w:shd w:val="clear" w:color="auto" w:fill="BFBFBF" w:themeFill="background1" w:themeFillShade="BF"/>
          </w:tcPr>
          <w:p w14:paraId="2318969E" w14:textId="42FA2809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Echauffement et ouverture de la chambre d'appel benjamins et benjamines né(e)s en 201</w:t>
            </w:r>
            <w:r w:rsidR="00D8534A" w:rsidRPr="00D8534A">
              <w:rPr>
                <w:b/>
                <w:bCs/>
                <w:lang w:val="fr-FR"/>
              </w:rPr>
              <w:t>3</w:t>
            </w:r>
            <w:r w:rsidRPr="00D8534A">
              <w:rPr>
                <w:b/>
                <w:bCs/>
                <w:lang w:val="fr-FR"/>
              </w:rPr>
              <w:t xml:space="preserve"> </w:t>
            </w:r>
            <w:r w:rsidR="00D8534A" w:rsidRPr="00D8534A">
              <w:rPr>
                <w:b/>
                <w:bCs/>
                <w:lang w:val="fr-FR"/>
              </w:rPr>
              <w:t xml:space="preserve">et </w:t>
            </w:r>
            <w:r w:rsidRPr="00D8534A">
              <w:rPr>
                <w:b/>
                <w:bCs/>
                <w:lang w:val="fr-FR"/>
              </w:rPr>
              <w:t>201</w:t>
            </w:r>
            <w:r w:rsidR="00D8534A" w:rsidRPr="00D8534A">
              <w:rPr>
                <w:b/>
                <w:bCs/>
                <w:lang w:val="fr-FR"/>
              </w:rPr>
              <w:t>4</w:t>
            </w:r>
            <w:r w:rsidRPr="00D8534A">
              <w:rPr>
                <w:b/>
                <w:bCs/>
                <w:lang w:val="fr-FR"/>
              </w:rPr>
              <w:t xml:space="preserve">  </w:t>
            </w:r>
          </w:p>
        </w:tc>
      </w:tr>
      <w:tr w:rsidR="009C5D6A" w:rsidRPr="002565A0" w14:paraId="0DC206D1" w14:textId="77777777" w:rsidTr="00711DBA">
        <w:tc>
          <w:tcPr>
            <w:tcW w:w="1544" w:type="dxa"/>
          </w:tcPr>
          <w:p w14:paraId="0BC07C3E" w14:textId="0AF037D3" w:rsidR="009C5D6A" w:rsidRPr="00475CA4" w:rsidRDefault="009C5D6A" w:rsidP="009C5D6A">
            <w:pPr>
              <w:jc w:val="center"/>
              <w:rPr>
                <w:b/>
                <w:bCs/>
              </w:rPr>
            </w:pPr>
            <w:r w:rsidRPr="00475CA4">
              <w:rPr>
                <w:b/>
                <w:bCs/>
              </w:rPr>
              <w:t>11h45</w:t>
            </w:r>
          </w:p>
        </w:tc>
        <w:tc>
          <w:tcPr>
            <w:tcW w:w="3157" w:type="dxa"/>
          </w:tcPr>
          <w:p w14:paraId="7D438F43" w14:textId="401E6AE9" w:rsidR="009C5D6A" w:rsidRPr="00D8534A" w:rsidRDefault="009C5D6A" w:rsidP="009C5D6A">
            <w:pPr>
              <w:rPr>
                <w:color w:val="388600"/>
                <w:lang w:val="fr-FR"/>
              </w:rPr>
            </w:pPr>
            <w:r w:rsidRPr="00D8534A">
              <w:rPr>
                <w:b/>
                <w:bCs/>
                <w:color w:val="388600"/>
                <w:lang w:val="fr-FR"/>
              </w:rPr>
              <w:t xml:space="preserve">Départ 2500m des benjamins et benjamines + ASH ELITE et sport adapté. </w:t>
            </w:r>
            <w:r w:rsidRPr="00D8534A">
              <w:rPr>
                <w:color w:val="388600"/>
                <w:lang w:val="fr-FR"/>
              </w:rPr>
              <w:t>Temps de course maximum 25 mn.</w:t>
            </w:r>
          </w:p>
        </w:tc>
        <w:tc>
          <w:tcPr>
            <w:tcW w:w="3929" w:type="dxa"/>
          </w:tcPr>
          <w:p w14:paraId="726AFEE8" w14:textId="486B6378" w:rsidR="009C5D6A" w:rsidRPr="00D8534A" w:rsidRDefault="009C5D6A" w:rsidP="00D8534A">
            <w:pPr>
              <w:jc w:val="center"/>
              <w:rPr>
                <w:b/>
                <w:bCs/>
                <w:color w:val="388600"/>
                <w:lang w:val="fr-FR"/>
              </w:rPr>
            </w:pPr>
            <w:r w:rsidRPr="00D8534A">
              <w:rPr>
                <w:b/>
                <w:bCs/>
                <w:color w:val="388600"/>
                <w:lang w:val="fr-FR"/>
              </w:rPr>
              <w:t>Départ des benjamins et benjamines  né(e)s en 2013 et 2014</w:t>
            </w:r>
          </w:p>
        </w:tc>
      </w:tr>
      <w:tr w:rsidR="009C5D6A" w:rsidRPr="002565A0" w14:paraId="624DC9DE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678C2F34" w14:textId="61F427A6" w:rsidR="009C5D6A" w:rsidRPr="00E029EC" w:rsidRDefault="009C5D6A" w:rsidP="009C5D6A">
            <w:pPr>
              <w:jc w:val="center"/>
              <w:rPr>
                <w:b/>
                <w:bCs/>
              </w:rPr>
            </w:pPr>
            <w:r w:rsidRPr="00E029EC">
              <w:rPr>
                <w:b/>
                <w:bCs/>
              </w:rPr>
              <w:t>12h00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4B15FE2C" w14:textId="77777777" w:rsidR="009C5D6A" w:rsidRDefault="009C5D6A" w:rsidP="009C5D6A"/>
        </w:tc>
        <w:tc>
          <w:tcPr>
            <w:tcW w:w="3929" w:type="dxa"/>
            <w:shd w:val="clear" w:color="auto" w:fill="BFBFBF" w:themeFill="background1" w:themeFillShade="BF"/>
          </w:tcPr>
          <w:p w14:paraId="07FBCF56" w14:textId="4563E51A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. Echauffement et ouverture de la chambre d'appel minimes garçons ensuite minimes filles né(e)s en 2011 et 2012 .</w:t>
            </w:r>
          </w:p>
        </w:tc>
      </w:tr>
      <w:tr w:rsidR="009C5D6A" w:rsidRPr="002565A0" w14:paraId="5A19D6AD" w14:textId="77777777" w:rsidTr="00711DBA">
        <w:tc>
          <w:tcPr>
            <w:tcW w:w="1544" w:type="dxa"/>
          </w:tcPr>
          <w:p w14:paraId="0FEC18C3" w14:textId="2255DF09" w:rsidR="009C5D6A" w:rsidRPr="00212F48" w:rsidRDefault="009C5D6A" w:rsidP="009C5D6A">
            <w:pPr>
              <w:jc w:val="center"/>
              <w:rPr>
                <w:lang w:val="fr-FR"/>
              </w:rPr>
            </w:pPr>
            <w:r w:rsidRPr="00E029EC">
              <w:rPr>
                <w:b/>
                <w:bCs/>
              </w:rPr>
              <w:lastRenderedPageBreak/>
              <w:t>12h</w:t>
            </w:r>
            <w:r>
              <w:rPr>
                <w:b/>
                <w:bCs/>
              </w:rPr>
              <w:t>15</w:t>
            </w:r>
          </w:p>
        </w:tc>
        <w:tc>
          <w:tcPr>
            <w:tcW w:w="3157" w:type="dxa"/>
          </w:tcPr>
          <w:p w14:paraId="6F7E98A0" w14:textId="309D82C2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3412E5">
              <w:rPr>
                <w:b/>
                <w:bCs/>
                <w:color w:val="388600"/>
                <w:lang w:val="fr-FR"/>
              </w:rPr>
              <w:t>Départ des minimes garçons, 3000m ensuite les minimes filles 2900m. Temps de course maximum 35 mn</w:t>
            </w:r>
          </w:p>
        </w:tc>
        <w:tc>
          <w:tcPr>
            <w:tcW w:w="3929" w:type="dxa"/>
          </w:tcPr>
          <w:p w14:paraId="66B21D45" w14:textId="163EEE6A" w:rsidR="009C5D6A" w:rsidRPr="00D8534A" w:rsidRDefault="009C5D6A" w:rsidP="00B91795">
            <w:pPr>
              <w:jc w:val="center"/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color w:val="EE0000"/>
                <w:lang w:val="fr-FR"/>
              </w:rPr>
              <w:t>Les minimes filles effectuent un tour du terrain d’athlétisme après le départ.</w:t>
            </w:r>
          </w:p>
        </w:tc>
      </w:tr>
      <w:tr w:rsidR="009C5D6A" w:rsidRPr="002565A0" w14:paraId="1944A857" w14:textId="77777777" w:rsidTr="002565A0">
        <w:tc>
          <w:tcPr>
            <w:tcW w:w="1544" w:type="dxa"/>
            <w:shd w:val="clear" w:color="auto" w:fill="BFBFBF" w:themeFill="background1" w:themeFillShade="BF"/>
          </w:tcPr>
          <w:p w14:paraId="1E0AE624" w14:textId="1B24F0C9" w:rsidR="009C5D6A" w:rsidRPr="00E029EC" w:rsidRDefault="009C5D6A" w:rsidP="009C5D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12h45</w:t>
            </w:r>
          </w:p>
        </w:tc>
        <w:tc>
          <w:tcPr>
            <w:tcW w:w="3157" w:type="dxa"/>
            <w:shd w:val="clear" w:color="auto" w:fill="BFBFBF" w:themeFill="background1" w:themeFillShade="BF"/>
          </w:tcPr>
          <w:p w14:paraId="232BAECC" w14:textId="77777777" w:rsidR="009C5D6A" w:rsidRPr="00D8534A" w:rsidRDefault="009C5D6A" w:rsidP="009C5D6A">
            <w:pPr>
              <w:rPr>
                <w:b/>
                <w:bCs/>
                <w:lang w:val="fr-FR"/>
              </w:rPr>
            </w:pPr>
          </w:p>
        </w:tc>
        <w:tc>
          <w:tcPr>
            <w:tcW w:w="3929" w:type="dxa"/>
            <w:shd w:val="clear" w:color="auto" w:fill="BFBFBF" w:themeFill="background1" w:themeFillShade="BF"/>
          </w:tcPr>
          <w:p w14:paraId="5DDD9908" w14:textId="4301C9D9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Echauffement et ouverture de la chambre d'appel des cadettes , cadets et juniors filles et garçons né(e)s  en 2007, 2008 , 2009 , 2010 ;</w:t>
            </w:r>
          </w:p>
        </w:tc>
      </w:tr>
      <w:tr w:rsidR="009C5D6A" w:rsidRPr="002565A0" w14:paraId="708A8C99" w14:textId="77777777" w:rsidTr="00711DBA">
        <w:tc>
          <w:tcPr>
            <w:tcW w:w="1544" w:type="dxa"/>
          </w:tcPr>
          <w:p w14:paraId="5D462941" w14:textId="112F855E" w:rsidR="009C5D6A" w:rsidRPr="00D934EF" w:rsidRDefault="009C5D6A" w:rsidP="009C5D6A">
            <w:pPr>
              <w:jc w:val="center"/>
              <w:rPr>
                <w:b/>
                <w:bCs/>
                <w:lang w:val="fr-FR"/>
              </w:rPr>
            </w:pPr>
            <w:r w:rsidRPr="00D934EF">
              <w:rPr>
                <w:b/>
                <w:bCs/>
                <w:lang w:val="fr-FR"/>
              </w:rPr>
              <w:t>13h00</w:t>
            </w:r>
          </w:p>
        </w:tc>
        <w:tc>
          <w:tcPr>
            <w:tcW w:w="3157" w:type="dxa"/>
          </w:tcPr>
          <w:p w14:paraId="06BE8BFA" w14:textId="220F0CF2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 xml:space="preserve">Départ 3400m des cadettes, cadets et </w:t>
            </w:r>
            <w:proofErr w:type="spellStart"/>
            <w:r w:rsidRPr="00D8534A">
              <w:rPr>
                <w:b/>
                <w:bCs/>
                <w:lang w:val="fr-FR"/>
              </w:rPr>
              <w:t>juniors.filles</w:t>
            </w:r>
            <w:proofErr w:type="spellEnd"/>
            <w:r w:rsidRPr="00D8534A">
              <w:rPr>
                <w:b/>
                <w:bCs/>
                <w:lang w:val="fr-FR"/>
              </w:rPr>
              <w:t xml:space="preserve"> et garçons. Temps de course maximum 40 mn</w:t>
            </w:r>
          </w:p>
        </w:tc>
        <w:tc>
          <w:tcPr>
            <w:tcW w:w="3929" w:type="dxa"/>
          </w:tcPr>
          <w:p w14:paraId="67A99A1F" w14:textId="044C268A" w:rsidR="009C5D6A" w:rsidRPr="00D8534A" w:rsidRDefault="006F704D" w:rsidP="00B91795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color w:val="EE0000"/>
                <w:lang w:val="fr-FR"/>
              </w:rPr>
              <w:t>Les cadettes, cadets et juniors</w:t>
            </w:r>
            <w:r w:rsidRPr="00D8534A">
              <w:rPr>
                <w:b/>
                <w:bCs/>
                <w:color w:val="EE0000"/>
                <w:lang w:val="fr-FR"/>
              </w:rPr>
              <w:t xml:space="preserve"> effectuent un tour du terrain d’athlétisme après le départ.</w:t>
            </w:r>
          </w:p>
        </w:tc>
      </w:tr>
      <w:tr w:rsidR="009C5D6A" w:rsidRPr="00711DBA" w14:paraId="29901021" w14:textId="77777777" w:rsidTr="00EA42D4">
        <w:tc>
          <w:tcPr>
            <w:tcW w:w="1544" w:type="dxa"/>
            <w:shd w:val="clear" w:color="auto" w:fill="BFBFBF" w:themeFill="background1" w:themeFillShade="BF"/>
          </w:tcPr>
          <w:p w14:paraId="6312C770" w14:textId="77777777" w:rsidR="002565A0" w:rsidRDefault="002565A0" w:rsidP="00EA42D4">
            <w:pPr>
              <w:jc w:val="center"/>
              <w:rPr>
                <w:b/>
                <w:bCs/>
                <w:lang w:val="fr-FR"/>
              </w:rPr>
            </w:pPr>
          </w:p>
          <w:p w14:paraId="4D737D87" w14:textId="77777777" w:rsidR="009C5D6A" w:rsidRDefault="009C5D6A" w:rsidP="00EA42D4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14h</w:t>
            </w:r>
            <w:r w:rsidR="006F704D">
              <w:rPr>
                <w:b/>
                <w:bCs/>
                <w:lang w:val="fr-FR"/>
              </w:rPr>
              <w:t>15</w:t>
            </w:r>
          </w:p>
          <w:p w14:paraId="1A886D5B" w14:textId="6DA896B1" w:rsidR="002565A0" w:rsidRPr="00D934EF" w:rsidRDefault="002565A0" w:rsidP="00EA42D4">
            <w:pPr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3157" w:type="dxa"/>
            <w:shd w:val="clear" w:color="auto" w:fill="BFBFBF" w:themeFill="background1" w:themeFillShade="BF"/>
          </w:tcPr>
          <w:p w14:paraId="3623CD23" w14:textId="77777777" w:rsidR="002565A0" w:rsidRDefault="002565A0" w:rsidP="00EA42D4">
            <w:pPr>
              <w:jc w:val="center"/>
              <w:rPr>
                <w:b/>
                <w:bCs/>
                <w:lang w:val="fr-FR"/>
              </w:rPr>
            </w:pPr>
          </w:p>
          <w:p w14:paraId="7ED7F6A6" w14:textId="62A384A0" w:rsidR="009C5D6A" w:rsidRPr="00D8534A" w:rsidRDefault="009C5D6A" w:rsidP="00EA42D4">
            <w:pPr>
              <w:jc w:val="center"/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Remise des récompenses</w:t>
            </w:r>
          </w:p>
        </w:tc>
        <w:tc>
          <w:tcPr>
            <w:tcW w:w="3929" w:type="dxa"/>
            <w:shd w:val="clear" w:color="auto" w:fill="BFBFBF" w:themeFill="background1" w:themeFillShade="BF"/>
          </w:tcPr>
          <w:p w14:paraId="7FD17342" w14:textId="77777777" w:rsidR="002565A0" w:rsidRDefault="002565A0" w:rsidP="00EA42D4">
            <w:pPr>
              <w:jc w:val="center"/>
              <w:rPr>
                <w:b/>
                <w:bCs/>
                <w:lang w:val="fr-FR"/>
              </w:rPr>
            </w:pPr>
          </w:p>
          <w:p w14:paraId="3E1E4028" w14:textId="1681777B" w:rsidR="009C5D6A" w:rsidRPr="00D8534A" w:rsidRDefault="009C5D6A" w:rsidP="00EA42D4">
            <w:pPr>
              <w:jc w:val="center"/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Pour toutes les catégories.</w:t>
            </w:r>
          </w:p>
        </w:tc>
      </w:tr>
      <w:tr w:rsidR="009C5D6A" w:rsidRPr="002565A0" w14:paraId="1BB2E8D9" w14:textId="77777777" w:rsidTr="00711DBA">
        <w:tc>
          <w:tcPr>
            <w:tcW w:w="1544" w:type="dxa"/>
          </w:tcPr>
          <w:p w14:paraId="24B8FCE3" w14:textId="77777777" w:rsidR="002565A0" w:rsidRDefault="002565A0" w:rsidP="009C5D6A">
            <w:pPr>
              <w:jc w:val="center"/>
              <w:rPr>
                <w:b/>
                <w:bCs/>
                <w:lang w:val="fr-FR"/>
              </w:rPr>
            </w:pPr>
          </w:p>
          <w:p w14:paraId="30CDB62F" w14:textId="3EC248C0" w:rsidR="009C5D6A" w:rsidRDefault="009C5D6A" w:rsidP="002565A0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15h00</w:t>
            </w:r>
          </w:p>
          <w:p w14:paraId="40974BF4" w14:textId="67CA6116" w:rsidR="002565A0" w:rsidRPr="00D934EF" w:rsidRDefault="002565A0" w:rsidP="002565A0">
            <w:pPr>
              <w:rPr>
                <w:b/>
                <w:bCs/>
                <w:lang w:val="fr-FR"/>
              </w:rPr>
            </w:pPr>
          </w:p>
        </w:tc>
        <w:tc>
          <w:tcPr>
            <w:tcW w:w="3157" w:type="dxa"/>
          </w:tcPr>
          <w:p w14:paraId="07499973" w14:textId="77777777" w:rsidR="009C5D6A" w:rsidRPr="00D8534A" w:rsidRDefault="009C5D6A" w:rsidP="009C5D6A">
            <w:pPr>
              <w:rPr>
                <w:b/>
                <w:bCs/>
                <w:lang w:val="fr-FR"/>
              </w:rPr>
            </w:pPr>
          </w:p>
        </w:tc>
        <w:tc>
          <w:tcPr>
            <w:tcW w:w="3929" w:type="dxa"/>
          </w:tcPr>
          <w:p w14:paraId="2D908108" w14:textId="360B43CD" w:rsidR="009C5D6A" w:rsidRPr="00D8534A" w:rsidRDefault="009C5D6A" w:rsidP="009C5D6A">
            <w:pPr>
              <w:rPr>
                <w:b/>
                <w:bCs/>
                <w:lang w:val="fr-FR"/>
              </w:rPr>
            </w:pPr>
            <w:r w:rsidRPr="00D8534A">
              <w:rPr>
                <w:b/>
                <w:bCs/>
                <w:lang w:val="fr-FR"/>
              </w:rPr>
              <w:t>Fin officielle de la manifestation et démontage des installations.</w:t>
            </w:r>
          </w:p>
        </w:tc>
      </w:tr>
    </w:tbl>
    <w:p w14:paraId="0E40B4A8" w14:textId="77777777" w:rsidR="00DE3C4B" w:rsidRDefault="00DE3C4B">
      <w:pPr>
        <w:rPr>
          <w:lang w:val="fr-FR"/>
        </w:rPr>
      </w:pPr>
    </w:p>
    <w:p w14:paraId="64BAFF16" w14:textId="61E942D0" w:rsidR="00B225B0" w:rsidRPr="00A902C2" w:rsidRDefault="00B225B0">
      <w:pPr>
        <w:rPr>
          <w:lang w:val="fr-FR"/>
        </w:rPr>
      </w:pPr>
      <w:r>
        <w:rPr>
          <w:noProof/>
        </w:rPr>
        <w:lastRenderedPageBreak/>
        <w:drawing>
          <wp:inline distT="0" distB="0" distL="0" distR="0" wp14:anchorId="454F00A6" wp14:editId="3B09E18D">
            <wp:extent cx="5495290" cy="7581900"/>
            <wp:effectExtent l="0" t="0" r="0" b="0"/>
            <wp:docPr id="16065175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342" cy="761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25B0" w:rsidRPr="00A902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1384561">
    <w:abstractNumId w:val="8"/>
  </w:num>
  <w:num w:numId="2" w16cid:durableId="169637326">
    <w:abstractNumId w:val="6"/>
  </w:num>
  <w:num w:numId="3" w16cid:durableId="2102679371">
    <w:abstractNumId w:val="5"/>
  </w:num>
  <w:num w:numId="4" w16cid:durableId="745418733">
    <w:abstractNumId w:val="4"/>
  </w:num>
  <w:num w:numId="5" w16cid:durableId="1820606940">
    <w:abstractNumId w:val="7"/>
  </w:num>
  <w:num w:numId="6" w16cid:durableId="707754093">
    <w:abstractNumId w:val="3"/>
  </w:num>
  <w:num w:numId="7" w16cid:durableId="1783457209">
    <w:abstractNumId w:val="2"/>
  </w:num>
  <w:num w:numId="8" w16cid:durableId="2113472502">
    <w:abstractNumId w:val="1"/>
  </w:num>
  <w:num w:numId="9" w16cid:durableId="170748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89F"/>
    <w:rsid w:val="0006063C"/>
    <w:rsid w:val="000B3FC2"/>
    <w:rsid w:val="000C7073"/>
    <w:rsid w:val="000D4FB9"/>
    <w:rsid w:val="00110914"/>
    <w:rsid w:val="00133D11"/>
    <w:rsid w:val="0015074B"/>
    <w:rsid w:val="0021225F"/>
    <w:rsid w:val="00212F48"/>
    <w:rsid w:val="00224BF4"/>
    <w:rsid w:val="002565A0"/>
    <w:rsid w:val="002711E9"/>
    <w:rsid w:val="002872E9"/>
    <w:rsid w:val="0029639D"/>
    <w:rsid w:val="002B1B9F"/>
    <w:rsid w:val="00326F90"/>
    <w:rsid w:val="003412E5"/>
    <w:rsid w:val="0036772B"/>
    <w:rsid w:val="003755B2"/>
    <w:rsid w:val="003E1EFA"/>
    <w:rsid w:val="003F1442"/>
    <w:rsid w:val="00475CA4"/>
    <w:rsid w:val="004A2AD0"/>
    <w:rsid w:val="004B2024"/>
    <w:rsid w:val="0057216E"/>
    <w:rsid w:val="005C02D0"/>
    <w:rsid w:val="005C0772"/>
    <w:rsid w:val="0065554C"/>
    <w:rsid w:val="0065752C"/>
    <w:rsid w:val="00696E8A"/>
    <w:rsid w:val="006C0F83"/>
    <w:rsid w:val="006F704D"/>
    <w:rsid w:val="00711DBA"/>
    <w:rsid w:val="007179DC"/>
    <w:rsid w:val="0074749B"/>
    <w:rsid w:val="008A08B5"/>
    <w:rsid w:val="008A1AE0"/>
    <w:rsid w:val="008A3780"/>
    <w:rsid w:val="008A6F9B"/>
    <w:rsid w:val="008B65EE"/>
    <w:rsid w:val="00933FBB"/>
    <w:rsid w:val="009C5101"/>
    <w:rsid w:val="009C5D6A"/>
    <w:rsid w:val="00A902C2"/>
    <w:rsid w:val="00A90899"/>
    <w:rsid w:val="00A9152C"/>
    <w:rsid w:val="00AA1D8D"/>
    <w:rsid w:val="00AF6D88"/>
    <w:rsid w:val="00B20529"/>
    <w:rsid w:val="00B225B0"/>
    <w:rsid w:val="00B47730"/>
    <w:rsid w:val="00B91795"/>
    <w:rsid w:val="00C560EA"/>
    <w:rsid w:val="00CB0664"/>
    <w:rsid w:val="00CF4C14"/>
    <w:rsid w:val="00D61B5C"/>
    <w:rsid w:val="00D8534A"/>
    <w:rsid w:val="00D934EF"/>
    <w:rsid w:val="00DB7513"/>
    <w:rsid w:val="00DC5FCE"/>
    <w:rsid w:val="00DE3C4B"/>
    <w:rsid w:val="00E029EC"/>
    <w:rsid w:val="00E5638A"/>
    <w:rsid w:val="00E8164C"/>
    <w:rsid w:val="00EA42D4"/>
    <w:rsid w:val="00F23B37"/>
    <w:rsid w:val="00F9787A"/>
    <w:rsid w:val="00FC693F"/>
    <w:rsid w:val="00FD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7FCF2"/>
  <w14:defaultImageDpi w14:val="300"/>
  <w15:docId w15:val="{7D68F0E1-423E-404A-98A2-C0B59ED5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731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Alexandre Sage</cp:lastModifiedBy>
  <cp:revision>42</cp:revision>
  <dcterms:created xsi:type="dcterms:W3CDTF">2026-06-07T00:09:00Z</dcterms:created>
  <dcterms:modified xsi:type="dcterms:W3CDTF">2026-07-17T22:10:00Z</dcterms:modified>
  <cp:category/>
</cp:coreProperties>
</file>